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Scott J. Hurley</w:t>
      </w:r>
    </w:p>
    <w:p>
      <w:pPr>
        <w:spacing w:after="60"/>
      </w:pPr>
      <w:r>
        <w:rPr>
          <w:b/>
        </w:rPr>
        <w:t>Hardware Repair Technician | Computer Systems &amp; Network Support</w:t>
      </w:r>
    </w:p>
    <w:p>
      <w:pPr>
        <w:spacing w:after="100"/>
      </w:pPr>
      <w:r>
        <w:rPr>
          <w:b w:val="0"/>
        </w:rPr>
        <w:t>New York, NY | 973-953-0349 | scott@scottjhurley.com</w:t>
      </w:r>
    </w:p>
    <w:p>
      <w:pPr>
        <w:spacing w:after="60"/>
      </w:pPr>
      <w:r>
        <w:rPr>
          <w:b w:val="0"/>
        </w:rPr>
        <w:t>Hands-on hardware technician and business owner with experience in electronics repair, systems upgrades, server migrations, and wired and wireless networks. Brings technical troubleshooting, client consultation, and practical training experience to repair and support teams.</w:t>
      </w:r>
    </w:p>
    <w:p>
      <w:pPr>
        <w:pStyle w:val="Heading1"/>
      </w:pPr>
      <w:r>
        <w:t>Technical Skills</w:t>
      </w:r>
    </w:p>
    <w:p>
      <w:pPr>
        <w:spacing w:after="60"/>
      </w:pPr>
      <w:r>
        <w:rPr>
          <w:b w:val="0"/>
        </w:rPr>
        <w:t>Hardware: Troubleshooting and diagnosis; disassembly and reassembly; microsoldering; BGA rework; reverse engineering; custom computer builds.</w:t>
      </w:r>
    </w:p>
    <w:p>
      <w:pPr>
        <w:spacing w:after="60"/>
      </w:pPr>
      <w:r>
        <w:rPr>
          <w:b w:val="0"/>
        </w:rPr>
        <w:t>Systems &amp; networking: Debian/Ubuntu Linux; Windows environments; server administration; wired and wireless networks; hardware upgrades and migrations.</w:t>
      </w:r>
    </w:p>
    <w:p>
      <w:pPr>
        <w:spacing w:after="60"/>
      </w:pPr>
      <w:r>
        <w:rPr>
          <w:b w:val="0"/>
        </w:rPr>
        <w:t>Programming &amp; scripting: HTML, CSS, PHP, Python, C#/.NET, Bash.</w:t>
      </w:r>
    </w:p>
    <w:p>
      <w:pPr>
        <w:pStyle w:val="Heading1"/>
      </w:pPr>
      <w:r>
        <w:t>Professional Experience</w:t>
      </w:r>
    </w:p>
    <w:p>
      <w:pPr>
        <w:keepNext/>
        <w:spacing w:after="20"/>
      </w:pPr>
      <w:r>
        <w:rPr>
          <w:b/>
        </w:rPr>
        <w:t>Owner / Hardware Repair Technician &amp; Consultant (Part-Time) | eXodus Computer Solutions</w:t>
      </w:r>
    </w:p>
    <w:p>
      <w:pPr>
        <w:keepNext/>
        <w:spacing w:after="60"/>
      </w:pPr>
      <w:r>
        <w:rPr>
          <w:b w:val="0"/>
        </w:rPr>
        <w:t>Rockaway, NJ | February 2008-Present</w:t>
      </w:r>
    </w:p>
    <w:p>
      <w:pPr>
        <w:pStyle w:val="ListBullet"/>
        <w:spacing w:after="40"/>
        <w:ind w:left="187" w:hanging="187"/>
      </w:pPr>
      <w:r>
        <w:t>Diagnose and repair computers and electronic devices; resolve operating system and application issues.</w:t>
      </w:r>
    </w:p>
    <w:p>
      <w:pPr>
        <w:pStyle w:val="ListBullet"/>
        <w:spacing w:after="40"/>
        <w:ind w:left="187" w:hanging="187"/>
      </w:pPr>
      <w:r>
        <w:t>Upgrade and migrate desktops and servers; build custom computers to client specifications.</w:t>
      </w:r>
    </w:p>
    <w:p>
      <w:pPr>
        <w:pStyle w:val="ListBullet"/>
        <w:spacing w:after="40"/>
        <w:ind w:left="187" w:hanging="187"/>
      </w:pPr>
      <w:r>
        <w:t>Install, maintain, upgrade, and troubleshoot wired and wireless networks.</w:t>
      </w:r>
    </w:p>
    <w:p>
      <w:pPr>
        <w:pStyle w:val="ListBullet"/>
        <w:spacing w:after="40"/>
        <w:ind w:left="187" w:hanging="187"/>
      </w:pPr>
      <w:r>
        <w:t>Coordinate office IT relocations and advise clients on equipment selection and technology upgrades.</w:t>
      </w:r>
    </w:p>
    <w:p>
      <w:pPr>
        <w:pStyle w:val="Heading1"/>
      </w:pPr>
      <w:r>
        <w:t>Hardware Repair Highlights</w:t>
      </w:r>
    </w:p>
    <w:p>
      <w:pPr>
        <w:pStyle w:val="ListBullet"/>
        <w:spacing w:after="40"/>
        <w:ind w:left="187" w:hanging="187"/>
      </w:pPr>
      <w:r>
        <w:t>Motorola APX portable radio: Performed BGA64 chip-off flash memory read/write for a client repair.</w:t>
      </w:r>
    </w:p>
    <w:p>
      <w:pPr>
        <w:pStyle w:val="ListBullet"/>
        <w:spacing w:after="40"/>
        <w:ind w:left="187" w:hanging="187"/>
      </w:pPr>
      <w:r>
        <w:t>Laptop: Repaired the power management controller (PMC) to address external power and charging failure.</w:t>
      </w:r>
    </w:p>
    <w:p>
      <w:pPr>
        <w:pStyle w:val="ListBullet"/>
        <w:spacing w:after="40"/>
        <w:ind w:left="187" w:hanging="187"/>
      </w:pPr>
      <w:r>
        <w:t>Bluetooth/Wi-Fi outdoor motion-activated LED light: Repaired PCBs with significant water damage.</w:t>
      </w:r>
    </w:p>
    <w:p>
      <w:pPr>
        <w:pStyle w:val="Heading1"/>
      </w:pPr>
      <w:r>
        <w:t>Volunteer Leadership</w:t>
      </w:r>
    </w:p>
    <w:p>
      <w:pPr>
        <w:keepNext/>
        <w:spacing w:after="20"/>
      </w:pPr>
      <w:r>
        <w:rPr>
          <w:b/>
        </w:rPr>
        <w:t>Captain / Firefighter &amp; In-House Trainer | Rockaway Borough Fire Department</w:t>
      </w:r>
    </w:p>
    <w:p>
      <w:pPr>
        <w:keepNext/>
        <w:spacing w:after="60"/>
      </w:pPr>
      <w:r>
        <w:rPr>
          <w:b w:val="0"/>
        </w:rPr>
        <w:t>Rockaway, NJ | February 2012-Present</w:t>
      </w:r>
    </w:p>
    <w:p>
      <w:pPr>
        <w:spacing w:after="60"/>
      </w:pPr>
      <w:r>
        <w:rPr>
          <w:b w:val="0"/>
        </w:rPr>
        <w:t>Promotions: Second Lieutenant (2021); First Lieutenant (2025); Captain (2026-Present).</w:t>
      </w:r>
    </w:p>
    <w:p>
      <w:pPr>
        <w:pStyle w:val="ListBullet"/>
        <w:spacing w:after="40"/>
        <w:ind w:left="187" w:hanging="187"/>
      </w:pPr>
      <w:r>
        <w:t>Train firefighters in apparatus pump operations and driving; serve as lead trainer for new firefighters.</w:t>
      </w:r>
    </w:p>
    <w:p>
      <w:pPr>
        <w:pStyle w:val="ListBullet"/>
        <w:spacing w:after="40"/>
        <w:ind w:left="187" w:hanging="187"/>
      </w:pPr>
      <w:r>
        <w:t>Respond to emergencies and support apparatus and equipment readiness through checks and minor maintenance.</w:t>
      </w:r>
    </w:p>
    <w:p>
      <w:pPr>
        <w:pStyle w:val="Heading1"/>
      </w:pPr>
      <w:r>
        <w:t>Additional Experience</w:t>
      </w:r>
    </w:p>
    <w:p>
      <w:pPr>
        <w:spacing w:after="20"/>
      </w:pPr>
      <w:r>
        <w:rPr>
          <w:b/>
        </w:rPr>
        <w:t>EMT | McCabe Ambulance, Bayonne, NJ | December 2013-December 2019</w:t>
      </w:r>
    </w:p>
    <w:p>
      <w:pPr>
        <w:spacing w:after="60"/>
      </w:pPr>
      <w:r>
        <w:rPr>
          <w:b w:val="0"/>
        </w:rPr>
        <w:t>Provided prehospital Basic Life Support.</w:t>
      </w:r>
    </w:p>
    <w:p>
      <w:pPr>
        <w:spacing w:after="20"/>
      </w:pPr>
      <w:r>
        <w:rPr>
          <w:b/>
        </w:rPr>
        <w:t>Technical Services | Rockaway Borough Free Public Library | April 2002-October 2006</w:t>
      </w:r>
    </w:p>
    <w:p>
      <w:pPr>
        <w:spacing w:after="60"/>
      </w:pPr>
      <w:r>
        <w:rPr>
          <w:b w:val="0"/>
        </w:rPr>
        <w:t>Maintained computers and the local network; resolved technical issues and trained staff.</w:t>
      </w:r>
    </w:p>
    <w:p>
      <w:pPr>
        <w:spacing w:after="20"/>
      </w:pPr>
      <w:r>
        <w:rPr>
          <w:b/>
        </w:rPr>
        <w:t>Computer Network Consultant / Assistant | Rockaway Borough Board of Education | Summer 2003</w:t>
      </w:r>
    </w:p>
    <w:p>
      <w:pPr>
        <w:spacing w:after="60"/>
      </w:pPr>
      <w:r>
        <w:rPr>
          <w:b w:val="0"/>
        </w:rPr>
        <w:t>Upgraded and inventoried hardware, troubleshot network issues, and updated Active Directory logins.</w:t>
      </w:r>
    </w:p>
    <w:p>
      <w:pPr>
        <w:pStyle w:val="Heading1"/>
      </w:pPr>
      <w:r>
        <w:t>Education &amp; Selected Training</w:t>
      </w:r>
    </w:p>
    <w:p>
      <w:pPr>
        <w:spacing w:after="60"/>
      </w:pPr>
      <w:r>
        <w:rPr>
          <w:b w:val="0"/>
        </w:rPr>
        <w:t>Diploma | Computer Networking &amp; Security | The Chubb Institute, Parsippany, NJ | July 2007</w:t>
      </w:r>
    </w:p>
    <w:p>
      <w:pPr>
        <w:spacing w:after="60"/>
      </w:pPr>
      <w:r>
        <w:rPr>
          <w:b w:val="0"/>
        </w:rPr>
        <w:t>NJ Firefighter I | CPR/AED Certified | EMT certification held 2013-2021</w:t>
      </w:r>
    </w:p>
    <w:p>
      <w:pPr>
        <w:spacing w:after="0"/>
      </w:pPr>
      <w:r>
        <w:rPr>
          <w:b w:val="0"/>
        </w:rPr>
        <w:t>3M Scott Fire &amp; Safety Air Supplied Products Specialist | November 2019</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45" w:lineRule="auto"/>
    </w:pPr>
    <w:rPr>
      <w:rFonts w:ascii="Arial" w:hAnsi="Arial"/>
      <w:color w:val="000000"/>
      <w:sz w:val="21"/>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200" w:after="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6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contextualSpacing/>
    </w:p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contextualSpacing/>
    </w:p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J. Hurley Hardware Repair Resume</dc:title>
  <dc:subject>Hardware repair and technical support roles in New York City</dc:subject>
  <dc:creator>Scott J. Hurley</dc:creator>
  <cp:keywords>hardware repair, computer technician, microsoldering, BGA rework, networking</cp:keywords>
  <dc:description>generated by python-docx</dc:description>
  <cp:lastModifiedBy/>
  <cp:revision>1</cp:revision>
  <dcterms:created xsi:type="dcterms:W3CDTF">2013-12-23T23:15:00Z</dcterms:created>
  <dcterms:modified xsi:type="dcterms:W3CDTF">2013-12-23T23:15:00Z</dcterms:modified>
  <cp:category/>
</cp:coreProperties>
</file>